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Lagna Patrikai Template (Editable)</w:t>
      </w:r>
    </w:p>
    <w:p/>
    <w:p>
      <w:r>
        <w:t>ஸ்ரீமதே ராமானுஜாய நம:</w:t>
      </w:r>
    </w:p>
    <w:p>
      <w:r>
        <w:t>ஸ்ரீமன் நாராயணாய நம:</w:t>
      </w:r>
    </w:p>
    <w:p/>
    <w:p>
      <w:r>
        <w:t>இது மகிழ்ச்சியுடன் அறிவிக்கப்படுகிறது:</w:t>
      </w:r>
    </w:p>
    <w:p/>
    <w:p>
      <w:r>
        <w:t>திரு __________________________ அவர்கள்</w:t>
      </w:r>
    </w:p>
    <w:p>
      <w:r>
        <w:t>திருமதி _______________________ அவர்களின் மகன்</w:t>
      </w:r>
    </w:p>
    <w:p>
      <w:r>
        <w:t>___________________ கோத்திரம் சேர்ந்த</w:t>
      </w:r>
    </w:p>
    <w:p>
      <w:r>
        <w:t>செல்வன் _______________________</w:t>
      </w:r>
    </w:p>
    <w:p/>
    <w:p>
      <w:r>
        <w:t>மற்றும்</w:t>
      </w:r>
    </w:p>
    <w:p/>
    <w:p>
      <w:r>
        <w:t>திரு __________________________ அவர்கள்</w:t>
      </w:r>
    </w:p>
    <w:p>
      <w:r>
        <w:t>திருமதி _______________________ அவர்களின் மகள்</w:t>
      </w:r>
    </w:p>
    <w:p>
      <w:r>
        <w:t>___________________ கோத்திரம் சேர்ந்த</w:t>
      </w:r>
    </w:p>
    <w:p>
      <w:r>
        <w:t>செல்வி _______________________</w:t>
      </w:r>
    </w:p>
    <w:p/>
    <w:p>
      <w:r>
        <w:t>இவர்களின் திருமணம்</w:t>
      </w:r>
    </w:p>
    <w:p>
      <w:r>
        <w:t>________________ ஆண்டு</w:t>
      </w:r>
    </w:p>
    <w:p>
      <w:r>
        <w:t>________________ மாதம்</w:t>
      </w:r>
    </w:p>
    <w:p>
      <w:r>
        <w:t>________________ நாள்</w:t>
      </w:r>
    </w:p>
    <w:p>
      <w:r>
        <w:t>________________ நட்சத்திரத்தில்</w:t>
      </w:r>
    </w:p>
    <w:p>
      <w:r>
        <w:t>________________ முகூர்த்த நேரத்தில்</w:t>
      </w:r>
    </w:p>
    <w:p/>
    <w:p>
      <w:r>
        <w:t>____________________________ (திருமண இடம்)</w:t>
      </w:r>
    </w:p>
    <w:p/>
    <w:p>
      <w:r>
        <w:t>நடைபெற தீர்மானிக்கப்பட்டுள்ளது.</w:t>
      </w:r>
    </w:p>
    <w:p/>
    <w:p>
      <w:r>
        <w:t>உற்றார் உறவினர் நண்பர்கள் அனைவரும் கலந்து கொண்டு</w:t>
      </w:r>
    </w:p>
    <w:p>
      <w:r>
        <w:t>மணமக்களை ஆசீர்வதிக்க அன்புடன் அழைக்கப்படுகிறார்கள்.</w:t>
      </w:r>
    </w:p>
    <w:p/>
    <w:p>
      <w:r>
        <w:t>திருமண ஏற்பாட்டாளர்கள்:</w:t>
      </w:r>
    </w:p>
    <w:p>
      <w:r>
        <w:t>மணமகன் குடும்பம்: __________________________</w:t>
      </w:r>
    </w:p>
    <w:p/>
    <w:p>
      <w:r>
        <w:t>மணமகள் குடும்பம்: __________________________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